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B8892D"/>
          <w:sz w:val="26"/>
        </w:rPr>
        <w:t>ICAIEA 2026</w:t>
      </w:r>
    </w:p>
    <w:p>
      <w:pPr>
        <w:pStyle w:val="Title"/>
        <w:jc w:val="center"/>
      </w:pPr>
      <w:r>
        <w:t>Extended Abstract Template</w:t>
      </w:r>
    </w:p>
    <w:p>
      <w:pPr>
        <w:jc w:val="center"/>
      </w:pPr>
      <w:r>
        <w:rPr>
          <w:i/>
          <w:color w:val="5F6E69"/>
          <w:sz w:val="20"/>
        </w:rPr>
        <w:t>Fifth International Conference on Advances in Industrial Engineering Applications</w:t>
      </w:r>
    </w:p>
    <w:p>
      <w:pPr>
        <w:jc w:val="center"/>
      </w:pPr>
      <w:r>
        <w:rPr>
          <w:b/>
          <w:sz w:val="32"/>
        </w:rPr>
        <w:t>PAPER TITLE IN TITLE CASE</w:t>
      </w:r>
    </w:p>
    <w:p>
      <w:pPr>
        <w:jc w:val="center"/>
      </w:pPr>
      <w:r>
        <w:rPr>
          <w:b/>
        </w:rPr>
        <w:t>First Author¹, Second Author² and Corresponding Author³*</w:t>
      </w:r>
    </w:p>
    <w:p>
      <w:pPr>
        <w:jc w:val="center"/>
      </w:pPr>
      <w:r>
        <w:rPr>
          <w:sz w:val="18"/>
        </w:rPr>
        <w:t>¹Department, Institution, City, Country</w:t>
        <w:br/>
        <w:t>²Department, Institution, City, Country</w:t>
        <w:br/>
        <w:t>³Department, Institution, City, Country</w:t>
        <w:br/>
        <w:t>*Corresponding author: email@example.com</w:t>
      </w:r>
    </w:p>
    <w:p>
      <w:pPr>
        <w:pStyle w:val="Heading1"/>
      </w:pPr>
      <w:r>
        <w:t>Abstract</w:t>
      </w:r>
    </w:p>
    <w:p>
      <w:pPr>
        <w:spacing w:line="276" w:lineRule="auto"/>
      </w:pPr>
      <w:r>
        <w:t>[Replace this guidance with one self-contained paragraph of no more than 250 words. State the research context, objective, method, principal result and main conclusion. Define uncommon abbreviations at first use. Do not include citations, equations, tables, figures or footnotes in the abstract.]</w:t>
      </w:r>
    </w:p>
    <w:p>
      <w:pPr>
        <w:pStyle w:val="Heading2"/>
      </w:pPr>
      <w:r>
        <w:t>Keywords</w:t>
      </w:r>
    </w:p>
    <w:p>
      <w:r>
        <w:t>[Enter 3 to 5 searchable keywords separated by commas.]</w:t>
      </w:r>
    </w:p>
    <w:tbl>
      <w:tblPr>
        <w:tblW w:type="auto" w:w="0"/>
        <w:jc w:val="center"/>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74"/>
        <w:gridCol w:w="4874"/>
      </w:tblGrid>
      <w:tr>
        <w:tc>
          <w:tcPr>
            <w:tcW w:type="dxa" w:w="4874"/>
            <w:vAlign w:val="center"/>
          </w:tcPr>
          <w:p>
            <w:r>
              <w:t>Submission category</w:t>
            </w:r>
          </w:p>
        </w:tc>
        <w:tc>
          <w:tcPr>
            <w:tcW w:type="dxa" w:w="4874"/>
          </w:tcPr>
          <w:p>
            <w:r>
              <w:t>[Select or enter: Paper presentation / Doctoral thesis presentation]</w:t>
            </w:r>
          </w:p>
        </w:tc>
      </w:tr>
      <w:tr>
        <w:tc>
          <w:tcPr>
            <w:tcW w:type="dxa" w:w="4874"/>
            <w:vAlign w:val="center"/>
            <w:shd w:fill="F4F0E6"/>
          </w:tcPr>
          <w:p>
            <w:r>
              <w:t>Conference track</w:t>
            </w:r>
          </w:p>
        </w:tc>
        <w:tc>
          <w:tcPr>
            <w:tcW w:type="dxa" w:w="4874"/>
            <w:shd w:fill="F4F0E6"/>
          </w:tcPr>
          <w:p>
            <w:r>
              <w:t>[Select or enter: Select the most relevant ICAIEA track]</w:t>
            </w:r>
          </w:p>
        </w:tc>
      </w:tr>
      <w:tr>
        <w:tc>
          <w:tcPr>
            <w:tcW w:type="dxa" w:w="4874"/>
            <w:vAlign w:val="center"/>
          </w:tcPr>
          <w:p>
            <w:r>
              <w:t>Presentation mode</w:t>
            </w:r>
          </w:p>
        </w:tc>
        <w:tc>
          <w:tcPr>
            <w:tcW w:type="dxa" w:w="4874"/>
          </w:tcPr>
          <w:p>
            <w:r>
              <w:t>[Select or enter: Physical / Virtual]</w:t>
            </w:r>
          </w:p>
        </w:tc>
      </w:tr>
      <w:tr>
        <w:tc>
          <w:tcPr>
            <w:tcW w:type="dxa" w:w="4874"/>
            <w:vAlign w:val="center"/>
            <w:shd w:fill="F4F0E6"/>
          </w:tcPr>
          <w:p>
            <w:r>
              <w:t>Author declaration</w:t>
            </w:r>
          </w:p>
        </w:tc>
        <w:tc>
          <w:tcPr>
            <w:tcW w:type="dxa" w:w="4874"/>
            <w:shd w:fill="F4F0E6"/>
          </w:tcPr>
          <w:p>
            <w:r>
              <w:t>[Select or enter: Original work and not under simultaneous consideration]</w:t>
            </w:r>
          </w:p>
        </w:tc>
      </w:tr>
    </w:tbl>
    <w:p>
      <w:pPr>
        <w:pStyle w:val="Heading1"/>
      </w:pPr>
      <w:r>
        <w:t>Author checklist</w:t>
      </w:r>
    </w:p>
    <w:p>
      <w:r>
        <w:t>☐ Abstract is 250 words or fewer</w:t>
      </w:r>
    </w:p>
    <w:p>
      <w:r>
        <w:t>☐ Title and author details match the submission form</w:t>
      </w:r>
    </w:p>
    <w:p>
      <w:r>
        <w:t>☐ All authors have approved the submission</w:t>
      </w:r>
    </w:p>
    <w:p>
      <w:r>
        <w:t>☐ Three to five keywords are included</w:t>
      </w:r>
    </w:p>
    <w:p>
      <w:r>
        <w:t>☐ File name follows ICAIEA2026_CorrespondingAuthor_ShortTitle.docx</w:t>
      </w:r>
    </w:p>
    <w:p>
      <w:r>
        <w:rPr>
          <w:b/>
        </w:rPr>
        <w:t xml:space="preserve">Submission note: </w:t>
      </w:r>
      <w:r>
        <w:t>Submit through the official form linked at www.icaiea.in. Full papers are requested only after abstract acceptance.</w:t>
      </w:r>
    </w:p>
    <w:sectPr w:rsidR="00FC693F" w:rsidRPr="0006063C" w:rsidSect="00034616">
      <w:headerReference w:type="default" r:id="rId9"/>
      <w:footerReference w:type="default" r:id="rId10"/>
      <w:pgSz w:w="11909" w:h="16834"/>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17 - 19 December 2026   |   Hybrid Mode   |   www.icaiea.in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043F42"/>
        <w:sz w:val="16"/>
      </w:rPr>
      <w:t>ICAIEA 2026    ANNA UNIVERSITY, CHENNAI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20282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